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כשיש בוס אחד - מאפייני הטוטליטריות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משטר טוטליטרי ולהבחין בינו לבין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שבעה מאפיינים של משטר טוטליטרי ולהסביר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תעמולה, טרור ושליטה בכל תחומי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שליטה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האדרת המנהיג כגיבור שאינו טועה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לעקוב אחרי אזרחים ולאתר מתנגדים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במשטר טוטליטרי יש מפלגה יחידה בלבד, ללא בחירות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תעמולה מפיצה את מסרי השלטון ומסתירה מידע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תעמולה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(האדרת המנהיג כגיבור שאינו טועה)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(רק מפלגת השלטון מותרת)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(הפצת רעיונות השלטון בכל אמצעי התקשורת)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(מעקב סודי אחרי אזרחים ומתנגדים)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תעמולה הפיצה מסרי שלטון והסתירה מידע אחר, כך שהאזרחים האמינו רק למה שהשלטון רצה. משטרה חשאית יצרה פחד ומנעה התארגנות נגד השלטון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שלטון השואף לשלוט בכל תחומי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שליט יחיד, מפלגה יחידה, תעמולה, משטרה חשאית, טרור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בדמוקרטיה יש בחירות חופשיות וריבוי מפלגות, בטוטליטריות יש שליטה כוללת ומפלגה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מבצעים את הסימולציה, הקפידו להצהיר מראש שזו משחק קצר וליציאה ברורה מהתפקיד בסיומה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הסימולומציה בכיתה עם תלמידים רגישים ולהשתמש בתרחיש כתוב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מה שחווים בסימולציה לבין המאפיינים התייים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כשיש בוס אחד - מאפייני הטוטליטריות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משטרים טוטליטריים שאפו לשלוט בכל תחומי חייו של האזרח - מהפוליטיקה ועד המוזיקה. בדף זה נתרגל את המאפיינים המרכזיים של משטרים כאלה, כפי שהוצגו בסרטון.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חשאית  ·  תעמולה  ·  מפלגה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מטרתו המרכזית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שליטה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הפרדת 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פולחן אישיות?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בחירות למנהיג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האדרת המנהיג כגיבור שאינו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המשטרה החשאית?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להגן על חופש הביטוי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לסדר את התנועה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לעקוב אחרי אזרחים ולאתר מתנגדים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במשטר טוטליטרי יש בחירות חופשיות בין כמה מפלגות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תעמולה היא חלק מרכזי בשליטה של משטר טוטליטרי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במשטר טוטליטרי מותרת רק __________ אחת, ואין אופוזיציה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הפצה מכוונת של רעיונות השלטון באמצעי התקשורת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גוף ביטחון הפועל בסתר לאיתור מתנגדים נקרא משטרה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פולחן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רק מפלגת השלטון מותרת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מפלגה 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הפצת רעיונות השלטון בכל אמצעי התקשורת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תעמולה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מעקב סודי אחרי אזרחים ומתנגדים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משטרה חשאית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האדרת המנהיג כגיבור שאינו טועה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הציגו שני מאפיינים של משטר טוטליטרי, והסבירו כיצד כל אחד מהם סייע לשלטון לשלוט באזרחים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מאפיינים של משטר טוטליטרי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כשיש בוס אחד - מאפייני הטוטליטריות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