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כשיש בוס אחד - מאפייני הטוטליטריות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משטר טוטליטרי ולהבחין בינו לבין 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שבעה מאפיינים של משטר טוטליטרי ולהסביר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הקשר בין תעמולה, טרור ושליטה בכל תחומי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שליטה בכל תחומי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האדרת המנהיג כגיבור שאינו טועה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לעקוב אחרי אזרחים ולאתר מתנגדים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הפצת רעיונות השלטון בכל אמצעי התקשורת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שימוש מכוון באלימות ובפחד כדי להבטיח ציות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ריבוי מפלגות ובחירות חופשיות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יוסיף סטלין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במשטר טוטליטרי יש מפלגה יחידה בלבד, ללא בחירות חופשיות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תעמולה מפיצה את מסרי השלטון ומסתירה מידע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המשטר מתערב גם בחינוך, עבודה, מוזיקה ומשחקים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שני המשטרים השתמשו בכלים דומים כמו תעמולה וטרור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פולחן אישיות מציג את המנהיג כדמות על-אנושית שאינה טועה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תעמולה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דמוקרטי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(האדרת המנהיג כגיבור שאינו טועה)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(רק מפלגת השלטון מותרת)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(הפצת רעיונות השלטון בכל אמצעי התקשורת)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(מעקב סודי אחרי אזרחים ומתנגדים)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(שימוש באלימות ופחד כדי להבטיח ציות)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(בחירות חופשיות והגנה על זכויות האדם)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שאלה בסגנון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תעמולה הפיצה מסרי שלטון והסתירה מידע אחר, כך שהאזרחים האמינו רק למה שהשלטון רצה. משטרה חשאית יצרה פחד ומנעה התארגנות נגד השלטון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תציג הבנה שתחושת חוסר ביטחון כלכלי ופוליטי הובילה אנשים להעדיף יציבות וסדר גם במחיר אובדן חירויות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תזהה מאפיין מרכזי (למשל שליטה במידע/תעמולה) ותסביר מדוע הוא מאפשר את שאר הכלים לפעול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שלטון השואף לשלוט בכל תחומי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שניים מתוך: שליט יחיד, מפלגה יחידה, תעמולה, משטרה חשאית, טרור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בדמוקרטיה יש בחירות חופשיות וריבוי מפלגות, בטוטליטריות יש שליטה כוללת ומפלגה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מבצעים את הסימולציה, הקפידו להצהיר מראש שזו משחק קצר וליציאה ברורה מהתפקיד בסיומה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לוותר על הסימולומציה בכיתה עם תלמידים רגישים ולהשתמש בתרחיש כתוב במקום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בין מה שחווים בסימולציה לבין המאפיינים התייים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כשיש בוס אחד - מאפייני הטוטליטריות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משטרים טוטליטריים שאפו לשלוט בכל תחומי חייו של האזרח - מהפוליטיקה ועד המוזיקה. בדף זה נתרגל את המאפיינים המרכזיים של משטרים כאלה, כפי שהוצגו בסרטון.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מטרתו המרכזית של משטר טוטליטרי?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שליטה בכל תחומי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הפרדת רשויות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חופש עיתונות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פולחן אישיות?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בחירות למנהיג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האדרת המנהיג כגיבור שאינו טועה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המשטרה החשאית?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על חופש הביטוי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לסדר את התנועה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לעקוב אחרי אזרחים ולאתר מתנגדים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לארגן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תעמולה?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הפצת רעיונות השלטון בכל אמצעי התקשורת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נגד מסים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טרור שלטוני?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שימוש מכוון באלימות ובפחד כדי להבטיח ציות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 לבחירות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מערכת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מהבאים אינו מאפיין של משטר טוטליטרי?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מפלגה 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תעמולה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ריבוי מפלגות ובחירות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משטרה חשאית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היה שליט ברית המועצות שהנהיג משטר טרור?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בניטו מוסוליני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יוסיף סטלין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מנהיג דמוקרטי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מלך איטליה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במשטר טוטליטרי יש בחירות חופשיות בין כמה מפלגות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תעמולה היא חלק מרכזי בשליטה של משטר טוטליטרי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משטר טוטליטרי מתעניין רק בפוליטיקה ולא בחיי היום-יום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קומוניזם ופשיזם היו שונים ברעיונות אך דומים בדרכי השליטה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פולחן אישיות פירושו שהמנהיג מוצג כאדם רגיל כמו 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במשטר טוטליטרי מותרת רק __________ אחת, ואין אופוזיציה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הפצה מכוונת של רעיונות השלטון באמצעי התקשורת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גוף ביטחון הפועל בסתר לאיתור מתנגדים נקרא משטרה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האדרת המנהיג כדמות על-אנושית נקראת פולחן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במשטר __________ העם בוחר את שליטיו בבחירות חופשיות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שימוש מכוון באלימות ובפחד כדי להבטיח ציות נקרא __________ שלטוני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פולחן אישיות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הפצת רעיונות השלטון בכל אמצעי התקשורת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מפלגה 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האדרת המנהיג כגיבור שאינו טועה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תעמולה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בחירות חופשיות והגנה על זכויות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משטרה חשאית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רק מפלגת השלטון מותרת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טרור שלטוני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מעקב סודי אחרי אזרחים ומתנגדים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שימוש באלימות ופחד כדי להבטיח ציות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שאלה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הציגו שני מאפיינים של משטר טוטליטרי, והסבירו כיצד כל אחד מהם סייע לשלטון לשלוט באזרחים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הסרטון שואל: ביטחון וסדר בלי בחירה, או חירות? מדוע לדעתכם רבים בתקופה שבין מלחמות העולם בחרו בסדר על פני 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מאפיין של המשטר הטוטליטרי הוא לדעתכם הבסיס שעליו נשענים כל השאר? נמקו את בחירתכם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טוטליטרי?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מאפיינים של משטר טוטליטרי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המרכזי בין משטר טוטליטרי לדמוקרטיה?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כשיש בוס אחד - מאפייני הטוטליטריות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